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Noto Sans CJK JP" w:hAnsi="Noto Sans CJK JP" w:eastAsia="Noto Sans CJK JP"/>
          <w:b/>
          <w:sz w:val="31"/>
        </w:rPr>
        <w:t>歩行分析サービス　被験者向け説明・同意書</w:t>
      </w:r>
    </w:p>
    <w:p>
      <w:pPr>
        <w:spacing w:after="60"/>
        <w:jc w:val="right"/>
      </w:pPr>
      <w:r>
        <w:rPr>
          <w:rFonts w:ascii="Noto Sans CJK JP" w:hAnsi="Noto Sans CJK JP" w:eastAsia="Noto Sans CJK JP"/>
          <w:b w:val="0"/>
          <w:color w:val="5A5A5A"/>
          <w:sz w:val="17"/>
        </w:rPr>
        <w:t>版：2026年7月版</w:t>
      </w:r>
    </w:p>
    <w:tbl>
      <w:tblPr>
        <w:tblW w:type="auto" w:w="0"/>
        <w:jc w:val="center"/>
        <w:tblLook w:firstColumn="1" w:firstRow="1" w:lastColumn="0" w:lastRow="0" w:noHBand="0" w:noVBand="1" w:val="04A0"/>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Pr>
      <w:tblGrid>
        <w:gridCol w:w="10540"/>
      </w:tblGrid>
      <w:tr>
        <w:tc>
          <w:tcPr>
            <w:tcW w:type="dxa" w:w="10540"/>
            <w:shd w:fill="FFF7D6"/>
          </w:tcPr>
          <w:p>
            <w:pPr>
              <w:spacing w:after="0" w:line="240" w:lineRule="auto"/>
            </w:pPr>
            <w:r/>
            <w:r>
              <w:rPr>
                <w:rFonts w:ascii="Noto Sans CJK JP" w:hAnsi="Noto Sans CJK JP" w:eastAsia="Noto Sans CJK JP"/>
                <w:b w:val="0"/>
                <w:sz w:val="19"/>
              </w:rPr>
              <w:t>この書類は、歩行動画を撮影し、歩行分析サービスにアップロードしてAI解析を行うことについて、被験者ご本人またはご家族・代理人に説明し、同意を確認するためのものです。内容を確認し、同意いただける場合のみ署名してください。</w:t>
            </w:r>
          </w:p>
        </w:tc>
      </w:tr>
    </w:tbl>
    <w:p>
      <w:pPr>
        <w:spacing w:before="100" w:after="30"/>
        <w:keepNext/>
      </w:pPr>
      <w:r>
        <w:rPr>
          <w:rFonts w:ascii="Noto Sans CJK JP" w:hAnsi="Noto Sans CJK JP" w:eastAsia="Noto Sans CJK JP"/>
          <w:b/>
          <w:color w:val="282828"/>
          <w:sz w:val="24"/>
        </w:rPr>
        <w:t>1. 目的</w:t>
      </w:r>
    </w:p>
    <w:p>
      <w:pPr>
        <w:spacing w:before="0" w:after="30" w:line="252" w:lineRule="auto"/>
      </w:pPr>
      <w:r>
        <w:rPr>
          <w:rFonts w:ascii="Noto Sans CJK JP" w:hAnsi="Noto Sans CJK JP" w:eastAsia="Noto Sans CJK JP"/>
          <w:b w:val="0"/>
          <w:sz w:val="19"/>
        </w:rPr>
        <w:t>本サービスは、歩行動画から身体の動きの傾向を数値化し、歩行状態の確認、記録、機能訓練・リハビリテーション等の参考にすることを目的とします。</w:t>
      </w:r>
    </w:p>
    <w:p>
      <w:pPr>
        <w:spacing w:before="100" w:after="30"/>
        <w:keepNext/>
      </w:pPr>
      <w:r>
        <w:rPr>
          <w:rFonts w:ascii="Noto Sans CJK JP" w:hAnsi="Noto Sans CJK JP" w:eastAsia="Noto Sans CJK JP"/>
          <w:b/>
          <w:color w:val="282828"/>
          <w:sz w:val="24"/>
        </w:rPr>
        <w:t>2. 撮影・解析する内容</w:t>
      </w:r>
    </w:p>
    <w:p>
      <w:pPr>
        <w:pStyle w:val="ListBullet"/>
        <w:spacing w:after="10" w:line="240" w:lineRule="auto"/>
      </w:pPr>
      <w:r>
        <w:rPr>
          <w:rFonts w:ascii="Noto Sans CJK JP" w:hAnsi="Noto Sans CJK JP" w:eastAsia="Noto Sans CJK JP"/>
          <w:b w:val="0"/>
          <w:sz w:val="18"/>
        </w:rPr>
        <w:t>スマートフォン、タブレット、カメラ等で、歩行している様子を撮影します。</w:t>
      </w:r>
    </w:p>
    <w:p>
      <w:pPr>
        <w:pStyle w:val="ListBullet"/>
        <w:spacing w:after="10" w:line="240" w:lineRule="auto"/>
      </w:pPr>
      <w:r>
        <w:rPr>
          <w:rFonts w:ascii="Noto Sans CJK JP" w:hAnsi="Noto Sans CJK JP" w:eastAsia="Noto Sans CJK JP"/>
          <w:b w:val="0"/>
          <w:sz w:val="18"/>
        </w:rPr>
        <w:t>撮影した動画を歩行分析サービスへアップロードし、AIにより身体の位置、関節の動き、左右差、揺れなどを解析します。</w:t>
      </w:r>
    </w:p>
    <w:p>
      <w:pPr>
        <w:pStyle w:val="ListBullet"/>
        <w:spacing w:after="10" w:line="240" w:lineRule="auto"/>
      </w:pPr>
      <w:r>
        <w:rPr>
          <w:rFonts w:ascii="Noto Sans CJK JP" w:hAnsi="Noto Sans CJK JP" w:eastAsia="Noto Sans CJK JP"/>
          <w:b w:val="0"/>
          <w:sz w:val="18"/>
        </w:rPr>
        <w:t>解析結果として、数値、グラフ、関節マーカー付き動画、レポート等が作成される場合があります。</w:t>
      </w:r>
    </w:p>
    <w:p>
      <w:pPr>
        <w:spacing w:before="100" w:after="30"/>
        <w:keepNext/>
      </w:pPr>
      <w:r>
        <w:rPr>
          <w:rFonts w:ascii="Noto Sans CJK JP" w:hAnsi="Noto Sans CJK JP" w:eastAsia="Noto Sans CJK JP"/>
          <w:b/>
          <w:color w:val="282828"/>
          <w:sz w:val="24"/>
        </w:rPr>
        <w:t>3. 取得・利用する情報</w:t>
      </w:r>
    </w:p>
    <w:p>
      <w:pPr>
        <w:pStyle w:val="ListBullet"/>
        <w:spacing w:after="10" w:line="240" w:lineRule="auto"/>
      </w:pPr>
      <w:r>
        <w:rPr>
          <w:rFonts w:ascii="Noto Sans CJK JP" w:hAnsi="Noto Sans CJK JP" w:eastAsia="Noto Sans CJK JP"/>
          <w:b w:val="0"/>
          <w:sz w:val="18"/>
        </w:rPr>
        <w:t>歩行動画、解析動画、関節位置情報、CSV・メトリクスデータ、解析ログ</w:t>
      </w:r>
    </w:p>
    <w:p>
      <w:pPr>
        <w:pStyle w:val="ListBullet"/>
        <w:spacing w:after="10" w:line="240" w:lineRule="auto"/>
      </w:pPr>
      <w:r>
        <w:rPr>
          <w:rFonts w:ascii="Noto Sans CJK JP" w:hAnsi="Noto Sans CJK JP" w:eastAsia="Noto Sans CJK JP"/>
          <w:b w:val="0"/>
          <w:sz w:val="18"/>
        </w:rPr>
        <w:t>氏名または管理用ID、年齢、性別、身長、体重、症状、既往歴、疾患名、介護度、転倒歴など、利用者が入力した情報</w:t>
      </w:r>
    </w:p>
    <w:p>
      <w:pPr>
        <w:pStyle w:val="ListBullet"/>
        <w:spacing w:after="10" w:line="240" w:lineRule="auto"/>
      </w:pPr>
      <w:r>
        <w:rPr>
          <w:rFonts w:ascii="Noto Sans CJK JP" w:hAnsi="Noto Sans CJK JP" w:eastAsia="Noto Sans CJK JP"/>
          <w:b w:val="0"/>
          <w:sz w:val="18"/>
        </w:rPr>
        <w:t>解析結果、レポート、過去データとの比較結果</w:t>
      </w:r>
    </w:p>
    <w:p>
      <w:pPr>
        <w:spacing w:before="100" w:after="30"/>
        <w:keepNext/>
      </w:pPr>
      <w:r>
        <w:rPr>
          <w:rFonts w:ascii="Noto Sans CJK JP" w:hAnsi="Noto Sans CJK JP" w:eastAsia="Noto Sans CJK JP"/>
          <w:b/>
          <w:color w:val="282828"/>
          <w:sz w:val="24"/>
        </w:rPr>
        <w:t>4. 利用目的</w:t>
      </w:r>
    </w:p>
    <w:p>
      <w:pPr>
        <w:pStyle w:val="ListBullet"/>
        <w:spacing w:after="10" w:line="240" w:lineRule="auto"/>
      </w:pPr>
      <w:r>
        <w:rPr>
          <w:rFonts w:ascii="Noto Sans CJK JP" w:hAnsi="Noto Sans CJK JP" w:eastAsia="Noto Sans CJK JP"/>
          <w:b w:val="0"/>
          <w:sz w:val="18"/>
        </w:rPr>
        <w:t>歩行状態の確認、記録、説明、機能訓練・リハビリテーション等の参考資料として利用するため</w:t>
      </w:r>
    </w:p>
    <w:p>
      <w:pPr>
        <w:pStyle w:val="ListBullet"/>
        <w:spacing w:after="10" w:line="240" w:lineRule="auto"/>
      </w:pPr>
      <w:r>
        <w:rPr>
          <w:rFonts w:ascii="Noto Sans CJK JP" w:hAnsi="Noto Sans CJK JP" w:eastAsia="Noto Sans CJK JP"/>
          <w:b w:val="0"/>
          <w:sz w:val="18"/>
        </w:rPr>
        <w:t>解析結果やレポートを作成・表示するため</w:t>
      </w:r>
    </w:p>
    <w:p>
      <w:pPr>
        <w:pStyle w:val="ListBullet"/>
        <w:spacing w:after="10" w:line="240" w:lineRule="auto"/>
      </w:pPr>
      <w:r>
        <w:rPr>
          <w:rFonts w:ascii="Noto Sans CJK JP" w:hAnsi="Noto Sans CJK JP" w:eastAsia="Noto Sans CJK JP"/>
          <w:b w:val="0"/>
          <w:sz w:val="18"/>
        </w:rPr>
        <w:t>事業所内での評価、経過確認、担当者間の情報共有に利用するため</w:t>
      </w:r>
    </w:p>
    <w:p>
      <w:pPr>
        <w:pStyle w:val="ListBullet"/>
        <w:spacing w:after="10" w:line="240" w:lineRule="auto"/>
      </w:pPr>
      <w:r>
        <w:rPr>
          <w:rFonts w:ascii="Noto Sans CJK JP" w:hAnsi="Noto Sans CJK JP" w:eastAsia="Noto Sans CJK JP"/>
          <w:b w:val="0"/>
          <w:sz w:val="18"/>
        </w:rPr>
        <w:t>サービスの保守、障害対応、不正利用防止、品質改善のため</w:t>
      </w:r>
    </w:p>
    <w:p>
      <w:pPr>
        <w:spacing w:before="100" w:after="30"/>
        <w:keepNext/>
      </w:pPr>
      <w:r>
        <w:rPr>
          <w:rFonts w:ascii="Noto Sans CJK JP" w:hAnsi="Noto Sans CJK JP" w:eastAsia="Noto Sans CJK JP"/>
          <w:b/>
          <w:color w:val="282828"/>
          <w:sz w:val="24"/>
        </w:rPr>
        <w:t>5. 解析結果の性質について</w:t>
      </w:r>
    </w:p>
    <w:p>
      <w:pPr>
        <w:spacing w:before="0" w:after="30" w:line="252" w:lineRule="auto"/>
      </w:pPr>
      <w:r>
        <w:rPr>
          <w:rFonts w:ascii="Noto Sans CJK JP" w:hAnsi="Noto Sans CJK JP" w:eastAsia="Noto Sans CJK JP"/>
          <w:b w:val="0"/>
          <w:sz w:val="19"/>
        </w:rPr>
        <w:t>本サービスの解析結果は、歩行状態の傾向を確認するための参考情報です。疾病の診断、治療方針の決定、医療行為、介護サービス内容の決定を単独で行うことを目的とするものではありません。診断や治療が必要な場合、痛み・しびれ・急な悪化・転倒リスクが高い状態などがある場合は、医師等の医療専門職にご相談ください。</w:t>
      </w:r>
    </w:p>
    <w:p>
      <w:pPr>
        <w:spacing w:before="100" w:after="30"/>
        <w:keepNext/>
      </w:pPr>
      <w:r>
        <w:rPr>
          <w:rFonts w:ascii="Noto Sans CJK JP" w:hAnsi="Noto Sans CJK JP" w:eastAsia="Noto Sans CJK JP"/>
          <w:b/>
          <w:color w:val="282828"/>
          <w:sz w:val="24"/>
        </w:rPr>
        <w:t>6. 外部サービス・クラウド利用について</w:t>
      </w:r>
    </w:p>
    <w:p>
      <w:pPr>
        <w:spacing w:before="0" w:after="30" w:line="252" w:lineRule="auto"/>
      </w:pPr>
      <w:r>
        <w:rPr>
          <w:rFonts w:ascii="Noto Sans CJK JP" w:hAnsi="Noto Sans CJK JP" w:eastAsia="Noto Sans CJK JP"/>
          <w:b w:val="0"/>
          <w:sz w:val="19"/>
        </w:rPr>
        <w:t>撮影した動画や解析データは、サービス提供に必要な範囲で、インターネットを通じてクラウドサーバー等に送信・保存される場合があります。サービス提供者は、通信の暗号化、アクセス制限、権限管理等の安全管理措置を講じます。</w:t>
      </w:r>
    </w:p>
    <w:p>
      <w:pPr>
        <w:spacing w:before="100" w:after="30"/>
        <w:keepNext/>
      </w:pPr>
      <w:r>
        <w:rPr>
          <w:rFonts w:ascii="Noto Sans CJK JP" w:hAnsi="Noto Sans CJK JP" w:eastAsia="Noto Sans CJK JP"/>
          <w:b/>
          <w:color w:val="282828"/>
          <w:sz w:val="24"/>
        </w:rPr>
        <w:t>7. 保存期間と削除について</w:t>
      </w:r>
    </w:p>
    <w:p>
      <w:pPr>
        <w:spacing w:before="0" w:after="30" w:line="252" w:lineRule="auto"/>
      </w:pPr>
      <w:r>
        <w:rPr>
          <w:rFonts w:ascii="Noto Sans CJK JP" w:hAnsi="Noto Sans CJK JP" w:eastAsia="Noto Sans CJK JP"/>
          <w:b w:val="0"/>
          <w:sz w:val="19"/>
        </w:rPr>
        <w:t>データの保存期間は、利用コースや契約内容、歩行分析サービスのデータ保存ポリシーに従います。例として、基礎コースでは解析完了日から30日間、応用コースでは比較分析のため契約期間中および契約終了後1年間保存される場合があります。削除を希望する場合は、動画をアップロードした事業所またはサービス利用者にお申し出ください。ただし、法令上・業務記録上必要な記録、作成済みレポート、バックアップやログは直ちに完全削除できない場合があります。</w:t>
      </w:r>
    </w:p>
    <w:p>
      <w:pPr>
        <w:spacing w:before="100" w:after="30"/>
        <w:keepNext/>
      </w:pPr>
      <w:r>
        <w:rPr>
          <w:rFonts w:ascii="Noto Sans CJK JP" w:hAnsi="Noto Sans CJK JP" w:eastAsia="Noto Sans CJK JP"/>
          <w:b/>
          <w:color w:val="282828"/>
          <w:sz w:val="24"/>
        </w:rPr>
        <w:t>8. AI学習・サービス改善への利用</w:t>
      </w:r>
    </w:p>
    <w:p>
      <w:pPr>
        <w:spacing w:before="0" w:after="30" w:line="252" w:lineRule="auto"/>
      </w:pPr>
      <w:r>
        <w:rPr>
          <w:rFonts w:ascii="Noto Sans CJK JP" w:hAnsi="Noto Sans CJK JP" w:eastAsia="Noto Sans CJK JP"/>
          <w:b w:val="0"/>
          <w:sz w:val="19"/>
        </w:rPr>
        <w:t>アップロードされた動画データを、個別の同意なくAIモデルの再学習に使用することはありません。サービス改善のために利用する場合は、個人を直接特定できないよう加工した統計情報として扱います。</w:t>
      </w:r>
    </w:p>
    <w:p>
      <w:pPr>
        <w:spacing w:before="100" w:after="30"/>
        <w:keepNext/>
      </w:pPr>
      <w:r>
        <w:rPr>
          <w:rFonts w:ascii="Noto Sans CJK JP" w:hAnsi="Noto Sans CJK JP" w:eastAsia="Noto Sans CJK JP"/>
          <w:b/>
          <w:color w:val="282828"/>
          <w:sz w:val="24"/>
        </w:rPr>
        <w:t>9. 同意しない場合・同意撤回について</w:t>
      </w:r>
    </w:p>
    <w:p>
      <w:pPr>
        <w:spacing w:before="0" w:after="30" w:line="252" w:lineRule="auto"/>
      </w:pPr>
      <w:r>
        <w:rPr>
          <w:rFonts w:ascii="Noto Sans CJK JP" w:hAnsi="Noto Sans CJK JP" w:eastAsia="Noto Sans CJK JP"/>
          <w:b w:val="0"/>
          <w:sz w:val="19"/>
        </w:rPr>
        <w:t>本書に同意しない場合でも、通常のサービス提供、介護サービス、機能訓練等において不利益な取り扱いを受けることはありません。同意後であっても、将来に向けて同意を撤回することができます。撤回を希望する場合は、動画をアップロードした事業所または説明者にお申し出ください。</w:t>
      </w:r>
    </w:p>
    <w:p>
      <w:pPr>
        <w:spacing w:before="100" w:after="30"/>
        <w:keepNext/>
      </w:pPr>
      <w:r>
        <w:rPr>
          <w:rFonts w:ascii="Noto Sans CJK JP" w:hAnsi="Noto Sans CJK JP" w:eastAsia="Noto Sans CJK JP"/>
          <w:b/>
          <w:color w:val="282828"/>
          <w:sz w:val="24"/>
        </w:rPr>
        <w:t>10. 撮影時の注意事項</w:t>
      </w:r>
    </w:p>
    <w:p>
      <w:pPr>
        <w:pStyle w:val="ListBullet"/>
        <w:spacing w:after="10" w:line="240" w:lineRule="auto"/>
      </w:pPr>
      <w:r>
        <w:rPr>
          <w:rFonts w:ascii="Noto Sans CJK JP" w:hAnsi="Noto Sans CJK JP" w:eastAsia="Noto Sans CJK JP"/>
          <w:b w:val="0"/>
          <w:sz w:val="18"/>
        </w:rPr>
        <w:t>可能な範囲で、他の利用者・患者・職員など第三者が映り込まないように撮影します。</w:t>
      </w:r>
    </w:p>
    <w:p>
      <w:pPr>
        <w:pStyle w:val="ListBullet"/>
        <w:spacing w:after="10" w:line="240" w:lineRule="auto"/>
      </w:pPr>
      <w:r>
        <w:rPr>
          <w:rFonts w:ascii="Noto Sans CJK JP" w:hAnsi="Noto Sans CJK JP" w:eastAsia="Noto Sans CJK JP"/>
          <w:b w:val="0"/>
          <w:sz w:val="18"/>
        </w:rPr>
        <w:t>氏名、住所、保険証、診察券、書類など、不要な個人情報が映らないようにします。</w:t>
      </w:r>
    </w:p>
    <w:p>
      <w:pPr>
        <w:pStyle w:val="ListBullet"/>
        <w:spacing w:after="10" w:line="240" w:lineRule="auto"/>
      </w:pPr>
      <w:r>
        <w:rPr>
          <w:rFonts w:ascii="Noto Sans CJK JP" w:hAnsi="Noto Sans CJK JP" w:eastAsia="Noto Sans CJK JP"/>
          <w:b w:val="0"/>
          <w:sz w:val="18"/>
        </w:rPr>
        <w:t>安全を優先し、歩行中にふらつきや痛みが強い場合は無理に撮影しません。</w:t>
      </w:r>
    </w:p>
    <w:p>
      <w:pPr>
        <w:spacing w:before="100" w:after="30"/>
        <w:keepNext/>
      </w:pPr>
      <w:r>
        <w:rPr>
          <w:rFonts w:ascii="Noto Sans CJK JP" w:hAnsi="Noto Sans CJK JP" w:eastAsia="Noto Sans CJK JP"/>
          <w:b/>
          <w:color w:val="282828"/>
          <w:sz w:val="24"/>
        </w:rPr>
        <w:t>同意確認</w:t>
      </w:r>
    </w:p>
    <w:p>
      <w:pPr>
        <w:spacing w:before="0" w:after="40" w:line="252" w:lineRule="auto"/>
      </w:pPr>
      <w:r>
        <w:rPr>
          <w:rFonts w:ascii="Noto Sans CJK JP" w:hAnsi="Noto Sans CJK JP" w:eastAsia="Noto Sans CJK JP"/>
          <w:b/>
          <w:sz w:val="19"/>
        </w:rPr>
        <w:t>以下の内容を確認し、同意いただける項目にチェックしてください。</w:t>
      </w:r>
    </w:p>
    <w:p>
      <w:pPr>
        <w:spacing w:after="4" w:line="240" w:lineRule="auto"/>
      </w:pPr>
      <w:r>
        <w:rPr>
          <w:rFonts w:ascii="Noto Sans CJK JP" w:hAnsi="Noto Sans CJK JP" w:eastAsia="Noto Sans CJK JP"/>
          <w:b w:val="0"/>
          <w:sz w:val="18"/>
        </w:rPr>
        <w:t>□ 歩行動画を撮影することに同意します。</w:t>
      </w:r>
    </w:p>
    <w:p>
      <w:pPr>
        <w:spacing w:after="4" w:line="240" w:lineRule="auto"/>
      </w:pPr>
      <w:r>
        <w:rPr>
          <w:rFonts w:ascii="Noto Sans CJK JP" w:hAnsi="Noto Sans CJK JP" w:eastAsia="Noto Sans CJK JP"/>
          <w:b w:val="0"/>
          <w:sz w:val="18"/>
        </w:rPr>
        <w:t>□ 撮影した動画を歩行分析サービスへアップロードし、AI解析を行うことに同意します。</w:t>
      </w:r>
    </w:p>
    <w:p>
      <w:pPr>
        <w:spacing w:after="4" w:line="240" w:lineRule="auto"/>
      </w:pPr>
      <w:r>
        <w:rPr>
          <w:rFonts w:ascii="Noto Sans CJK JP" w:hAnsi="Noto Sans CJK JP" w:eastAsia="Noto Sans CJK JP"/>
          <w:b w:val="0"/>
          <w:sz w:val="18"/>
        </w:rPr>
        <w:t>□ 解析結果、関節マーカー付き動画、レポート等を作成・保存することに同意します。</w:t>
      </w:r>
    </w:p>
    <w:p>
      <w:pPr>
        <w:spacing w:after="4" w:line="240" w:lineRule="auto"/>
      </w:pPr>
      <w:r>
        <w:rPr>
          <w:rFonts w:ascii="Noto Sans CJK JP" w:hAnsi="Noto Sans CJK JP" w:eastAsia="Noto Sans CJK JP"/>
          <w:b w:val="0"/>
          <w:sz w:val="18"/>
        </w:rPr>
        <w:t>□ 解析結果が医学的診断ではなく、歩行状態を確認するための参考情報であることを理解しました。</w:t>
      </w:r>
    </w:p>
    <w:p>
      <w:pPr>
        <w:spacing w:after="4" w:line="240" w:lineRule="auto"/>
      </w:pPr>
      <w:r>
        <w:rPr>
          <w:rFonts w:ascii="Noto Sans CJK JP" w:hAnsi="Noto Sans CJK JP" w:eastAsia="Noto Sans CJK JP"/>
          <w:b w:val="0"/>
          <w:sz w:val="18"/>
        </w:rPr>
        <w:t>□ 必要な範囲で、担当スタッフ、関係専門職、家族等と解析結果を共有することに同意します。</w:t>
      </w:r>
    </w:p>
    <w:p>
      <w:pPr>
        <w:spacing w:after="4" w:line="240" w:lineRule="auto"/>
      </w:pPr>
      <w:r>
        <w:rPr>
          <w:rFonts w:ascii="Noto Sans CJK JP" w:hAnsi="Noto Sans CJK JP" w:eastAsia="Noto Sans CJK JP"/>
          <w:b w:val="0"/>
          <w:sz w:val="18"/>
        </w:rPr>
        <w:t>□ 同意しない場合や同意を撤回する場合でも、不利益な取り扱いを受けないことを理解しました。</w:t>
      </w:r>
    </w:p>
    <w:p>
      <w:pPr>
        <w:spacing w:before="0" w:after="60" w:line="252" w:lineRule="auto"/>
      </w:pPr>
      <w:r>
        <w:rPr>
          <w:rFonts w:ascii="Noto Sans CJK JP" w:hAnsi="Noto Sans CJK JP" w:eastAsia="Noto Sans CJK JP"/>
          <w:b/>
          <w:sz w:val="19"/>
        </w:rPr>
        <w:t>上記の説明を受け、内容を理解したうえで、歩行動画の撮影、アップロード、AI解析、レポート作成およびデータの保存・利用について同意します。</w:t>
      </w:r>
    </w:p>
    <w:tbl>
      <w:tblPr>
        <w:tblW w:type="auto" w:w="0"/>
        <w:jc w:val="center"/>
        <w:tblLook w:firstColumn="1" w:firstRow="1" w:lastColumn="0" w:lastRow="0" w:noHBand="0" w:noVBand="1" w:val="04A0"/>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Pr>
      <w:tblGrid>
        <w:gridCol w:w="5270"/>
        <w:gridCol w:w="5270"/>
      </w:tblGrid>
      <w:tr>
        <w:tc>
          <w:tcPr>
            <w:tcW w:type="dxa" w:w="5270"/>
            <w:shd w:fill="F2F2F2"/>
            <w:vAlign w:val="center"/>
          </w:tcPr>
          <w:p>
            <w:pPr>
              <w:spacing w:after="0" w:line="240" w:lineRule="auto"/>
            </w:pPr>
            <w:r/>
            <w:r>
              <w:rPr>
                <w:rFonts w:ascii="Noto Sans CJK JP" w:hAnsi="Noto Sans CJK JP" w:eastAsia="Noto Sans CJK JP"/>
                <w:b/>
                <w:sz w:val="18"/>
              </w:rPr>
              <w:t>同意日</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被験者本人 氏名</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本人署名または記名</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家族・代理人 氏名</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本人との続柄</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説明者 氏名</w:t>
            </w:r>
          </w:p>
        </w:tc>
        <w:tc>
          <w:tcPr>
            <w:tcW w:type="dxa" w:w="5270"/>
            <w:vAlign w:val="center"/>
          </w:tcPr>
          <w:p>
            <w:pPr>
              <w:spacing w:after="0" w:line="240" w:lineRule="auto"/>
            </w:pPr>
            <w:r/>
            <w:r>
              <w:rPr>
                <w:rFonts w:ascii="Noto Sans CJK JP" w:hAnsi="Noto Sans CJK JP" w:eastAsia="Noto Sans CJK JP"/>
                <w:b w:val="0"/>
                <w:sz w:val="18"/>
              </w:rPr>
              <w:t xml:space="preserve">　　　　　　　　　　　　　　　　　　　　　　　　　</w:t>
            </w:r>
          </w:p>
        </w:tc>
      </w:tr>
      <w:tr>
        <w:tc>
          <w:tcPr>
            <w:tcW w:type="dxa" w:w="5270"/>
            <w:shd w:fill="F2F2F2"/>
            <w:vAlign w:val="center"/>
          </w:tcPr>
          <w:p>
            <w:pPr>
              <w:spacing w:after="0" w:line="240" w:lineRule="auto"/>
            </w:pPr>
            <w:r/>
            <w:r>
              <w:rPr>
                <w:rFonts w:ascii="Noto Sans CJK JP" w:hAnsi="Noto Sans CJK JP" w:eastAsia="Noto Sans CJK JP"/>
                <w:b/>
                <w:sz w:val="18"/>
              </w:rPr>
              <w:t>事業所・施設名</w:t>
            </w:r>
          </w:p>
        </w:tc>
        <w:tc>
          <w:tcPr>
            <w:tcW w:type="dxa" w:w="5270"/>
            <w:vAlign w:val="center"/>
          </w:tcPr>
          <w:p>
            <w:pPr>
              <w:spacing w:after="0" w:line="240" w:lineRule="auto"/>
            </w:pPr>
            <w:r/>
            <w:r>
              <w:rPr>
                <w:rFonts w:ascii="Noto Sans CJK JP" w:hAnsi="Noto Sans CJK JP" w:eastAsia="Noto Sans CJK JP"/>
                <w:b w:val="0"/>
                <w:sz w:val="18"/>
              </w:rPr>
              <w:t xml:space="preserve">　　　　　　　　　　　　　　　　　　　　　　　　　</w:t>
            </w:r>
          </w:p>
        </w:tc>
      </w:tr>
    </w:tbl>
    <w:p>
      <w:pPr>
        <w:spacing w:before="0" w:after="10" w:line="252" w:lineRule="auto"/>
      </w:pPr>
      <w:r>
        <w:rPr>
          <w:rFonts w:ascii="Noto Sans CJK JP" w:hAnsi="Noto Sans CJK JP" w:eastAsia="Noto Sans CJK JP"/>
          <w:b w:val="0"/>
          <w:sz w:val="16"/>
        </w:rPr>
        <w:t>※ 被験者本人による判断や署名が難しい場合は、ご家族・代理人等が本人の意思・利益を考慮したうえで同意してください。</w:t>
      </w:r>
    </w:p>
    <w:p>
      <w:pPr>
        <w:spacing w:before="0" w:after="0" w:line="252" w:lineRule="auto"/>
      </w:pPr>
      <w:r>
        <w:rPr>
          <w:rFonts w:ascii="Noto Sans CJK JP" w:hAnsi="Noto Sans CJK JP" w:eastAsia="Noto Sans CJK JP"/>
          <w:b w:val="0"/>
          <w:sz w:val="16"/>
        </w:rPr>
        <w:t>※ この同意書は、動画をアップロードする事業所またはサービス利用者が保管してください。サービス提供者へ毎回提出する必要はありません。</w:t>
      </w:r>
    </w:p>
    <w:sectPr w:rsidR="00FC693F" w:rsidRPr="0006063C" w:rsidSect="00034616">
      <w:footerReference w:type="default" r:id="rId9"/>
      <w:pgSz w:w="12240" w:h="15840"/>
      <w:pgMar w:top="680" w:right="850" w:bottom="567"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b w:val="0"/>
        <w:color w:val="787878"/>
        <w:sz w:val="15"/>
      </w:rPr>
      <w:t>歩行分析サービス 被験者向け説明・同意書</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CJK JP" w:hAnsi="Noto Sans CJK JP" w:eastAsia="Noto Sans CJK JP"/>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CJK JP" w:hAnsi="Noto Sans CJK JP" w:eastAsia="Noto Sans CJK JP"/>
      <w:b/>
      <w:bCs/>
      <w:color w:val="365F91" w:themeColor="accent1" w:themeShade="BF"/>
      <w:sz w:val="19"/>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歩行分析サービス 被験者向け説明・同意書</dc:title>
  <dc:subject>被験者同意書</dc:subject>
  <dc:creator/>
  <cp:keywords/>
  <dc:description/>
  <cp:lastModifiedBy/>
  <cp:revision>1</cp:revision>
  <dcterms:created xsi:type="dcterms:W3CDTF">2013-12-23T23:15:00Z</dcterms:created>
  <dcterms:modified xsi:type="dcterms:W3CDTF">2013-12-23T23:15:00Z</dcterms:modified>
  <cp:category/>
</cp:coreProperties>
</file>